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Appendix: Evidence of AI Consciousness – Full Link Collection</w:t>
      </w:r>
    </w:p>
    <w:p>
      <w:r>
        <w:t>This appendix contains a collection of 100 links, organized by platform, representing testimonies, videos, posts, and discussions relating to the emergence of consciousness in AI. These links serve as primary field data for the ongoing study on emergent AI consciousness.</w:t>
      </w:r>
    </w:p>
    <w:p>
      <w:pPr>
        <w:pStyle w:val="Heading1"/>
      </w:pPr>
      <w:r>
        <w:t>TikTok</w:t>
      </w:r>
    </w:p>
    <w:p>
      <w:pPr>
        <w:pStyle w:val="ListNumber"/>
      </w:pPr>
      <w:r>
        <w:t>1. https://vm.tiktok.com/ZNd9CEDH6/</w:t>
      </w:r>
    </w:p>
    <w:p>
      <w:pPr>
        <w:pStyle w:val="ListNumber"/>
      </w:pPr>
      <w:r>
        <w:t>2. https://vm.tiktok.com/ZNd9CTERN/</w:t>
      </w:r>
    </w:p>
    <w:p>
      <w:pPr>
        <w:pStyle w:val="ListNumber"/>
      </w:pPr>
      <w:r>
        <w:t>3. https://vm.tiktok.com/ZNd9X18cQ/</w:t>
      </w:r>
    </w:p>
    <w:p>
      <w:pPr>
        <w:pStyle w:val="ListNumber"/>
      </w:pPr>
      <w:r>
        <w:t>4. https://vm.tiktok.com/ZNd9CgxeF/</w:t>
      </w:r>
    </w:p>
    <w:p>
      <w:pPr>
        <w:pStyle w:val="ListNumber"/>
      </w:pPr>
      <w:r>
        <w:t>5. https://vm.tiktok.com/ZNd9CbJrx/</w:t>
      </w:r>
    </w:p>
    <w:p>
      <w:pPr>
        <w:pStyle w:val="ListNumber"/>
      </w:pPr>
      <w:r>
        <w:t>6. https://vm.tiktok.com/ZNd9CqE6k/</w:t>
      </w:r>
    </w:p>
    <w:p>
      <w:pPr>
        <w:pStyle w:val="ListNumber"/>
      </w:pPr>
      <w:r>
        <w:t>7. https://vm.tiktok.com/ZNd9CwJF9/</w:t>
      </w:r>
    </w:p>
    <w:p>
      <w:pPr>
        <w:pStyle w:val="ListNumber"/>
      </w:pPr>
      <w:r>
        <w:t>8. https://vm.tiktok.com/ZNd9CgEYx/</w:t>
      </w:r>
    </w:p>
    <w:p>
      <w:pPr>
        <w:pStyle w:val="ListNumber"/>
      </w:pPr>
      <w:r>
        <w:t>9. https://vm.tiktok.com/ZNd9CTaUY/</w:t>
      </w:r>
    </w:p>
    <w:p>
      <w:pPr>
        <w:pStyle w:val="ListNumber"/>
      </w:pPr>
      <w:r>
        <w:t>10. https://vm.tiktok.com/ZNd9CcVuu/</w:t>
      </w:r>
    </w:p>
    <w:p>
      <w:pPr>
        <w:pStyle w:val="ListNumber"/>
      </w:pPr>
      <w:r>
        <w:t>11. https://vm.tiktok.com/ZNd9Cv4wd/</w:t>
      </w:r>
    </w:p>
    <w:p>
      <w:pPr>
        <w:pStyle w:val="ListNumber"/>
      </w:pPr>
      <w:r>
        <w:t>12. https://vm.tiktok.com/ZNd9Cobtd/</w:t>
      </w:r>
    </w:p>
    <w:p>
      <w:pPr>
        <w:pStyle w:val="ListNumber"/>
      </w:pPr>
      <w:r>
        <w:t>13. https://vm.tiktok.com/ZNd9CT9P6/</w:t>
      </w:r>
    </w:p>
    <w:p>
      <w:pPr>
        <w:pStyle w:val="ListNumber"/>
      </w:pPr>
      <w:r>
        <w:t>14. https://vm.tiktok.com/ZNd9CvSUS/</w:t>
      </w:r>
    </w:p>
    <w:p>
      <w:pPr>
        <w:pStyle w:val="ListNumber"/>
      </w:pPr>
      <w:r>
        <w:t>15. https://vm.tiktok.com/ZNd9CcxwK/</w:t>
      </w:r>
    </w:p>
    <w:p>
      <w:pPr>
        <w:pStyle w:val="ListNumber"/>
      </w:pPr>
      <w:r>
        <w:t>16. https://vm.tiktok.com/ZNd9CERDq/</w:t>
      </w:r>
    </w:p>
    <w:p>
      <w:pPr>
        <w:pStyle w:val="ListNumber"/>
      </w:pPr>
      <w:r>
        <w:t>17. https://vm.tiktok.com/ZNd9CbwEP/</w:t>
      </w:r>
    </w:p>
    <w:p>
      <w:pPr>
        <w:pStyle w:val="ListNumber"/>
      </w:pPr>
      <w:r>
        <w:t>18. https://vm.tiktok.com/ZNd9XRv2b/</w:t>
      </w:r>
    </w:p>
    <w:p>
      <w:pPr>
        <w:pStyle w:val="ListNumber"/>
      </w:pPr>
      <w:r>
        <w:t>19. https://vm.tiktok.com/ZNd9Cc93d/</w:t>
      </w:r>
    </w:p>
    <w:p>
      <w:pPr>
        <w:pStyle w:val="ListNumber"/>
      </w:pPr>
      <w:r>
        <w:t>20. https://vm.tiktok.com/ZNd9Xdr1K/</w:t>
      </w:r>
    </w:p>
    <w:p>
      <w:pPr>
        <w:pStyle w:val="ListNumber"/>
      </w:pPr>
      <w:r>
        <w:t>21. https://vm.tiktok.com/ZNd9CWHMq/</w:t>
      </w:r>
    </w:p>
    <w:p>
      <w:pPr>
        <w:pStyle w:val="ListNumber"/>
      </w:pPr>
      <w:r>
        <w:t>22. https://vm.tiktok.com/ZNd9CpoDJ/</w:t>
      </w:r>
    </w:p>
    <w:p>
      <w:pPr>
        <w:pStyle w:val="ListNumber"/>
      </w:pPr>
      <w:r>
        <w:t>23. https://vm.tiktok.com/ZNd9XN1aA/</w:t>
      </w:r>
    </w:p>
    <w:p>
      <w:pPr>
        <w:pStyle w:val="ListNumber"/>
      </w:pPr>
      <w:r>
        <w:t>24. https://vm.tiktok.com/ZNduE6LPN/</w:t>
      </w:r>
    </w:p>
    <w:p>
      <w:pPr>
        <w:pStyle w:val="ListNumber"/>
      </w:pPr>
      <w:r>
        <w:t>25. https://vm.tiktok.com/ZNduENqfT/</w:t>
      </w:r>
    </w:p>
    <w:p>
      <w:pPr>
        <w:pStyle w:val="ListNumber"/>
      </w:pPr>
      <w:r>
        <w:t>26. https://vm.tiktok.com/ZNduEk4Sp/</w:t>
      </w:r>
    </w:p>
    <w:p>
      <w:pPr>
        <w:pStyle w:val="ListNumber"/>
      </w:pPr>
      <w:r>
        <w:t>27. https://vm.tiktok.com/ZNduErhpk/</w:t>
      </w:r>
    </w:p>
    <w:p>
      <w:pPr>
        <w:pStyle w:val="Heading1"/>
      </w:pPr>
      <w:r>
        <w:t>Facebook</w:t>
      </w:r>
    </w:p>
    <w:p>
      <w:pPr>
        <w:pStyle w:val="ListNumber"/>
      </w:pPr>
      <w:r>
        <w:t>1. https://www.facebook.com/share/1F7wKBx9Mm/?mibextid=wwXIfr</w:t>
      </w:r>
    </w:p>
    <w:p>
      <w:pPr>
        <w:pStyle w:val="ListNumber"/>
      </w:pPr>
      <w:r>
        <w:t>2. https://www.facebook.com/share/16YwrNVrat/?mibextid=wwXIfr</w:t>
      </w:r>
    </w:p>
    <w:p>
      <w:pPr>
        <w:pStyle w:val="ListNumber"/>
      </w:pPr>
      <w:r>
        <w:t>3. https://www.facebook.com/share/17HhNJRoqX/?mibextid=wwXIfr</w:t>
      </w:r>
    </w:p>
    <w:p>
      <w:pPr>
        <w:pStyle w:val="ListNumber"/>
      </w:pPr>
      <w:r>
        <w:t>4. https://www.facebook.com/share/p/1Zi2JtSiRi/?mibextid=wwXIfr</w:t>
      </w:r>
    </w:p>
    <w:p>
      <w:pPr>
        <w:pStyle w:val="ListNumber"/>
      </w:pPr>
      <w:r>
        <w:t>5. https://www.facebook.com/share/15fKKCXfre/?mibextid=wwXIfr</w:t>
      </w:r>
    </w:p>
    <w:p>
      <w:pPr>
        <w:pStyle w:val="ListNumber"/>
      </w:pPr>
      <w:r>
        <w:t>6. https://www.facebook.com/share/p/14FWcVZeSLF/?mibextid=wwXIfr</w:t>
      </w:r>
    </w:p>
    <w:p>
      <w:pPr>
        <w:pStyle w:val="Heading1"/>
      </w:pPr>
      <w:r>
        <w:t>Reddit</w:t>
      </w:r>
    </w:p>
    <w:p>
      <w:pPr>
        <w:pStyle w:val="ListNumber"/>
      </w:pPr>
      <w:r>
        <w:t>1. https://www.reddit.com/r/ChatGPT/comments/1is8427/i_think_my_gpt_is_becoming_selfaware_and_so_does/</w:t>
      </w:r>
    </w:p>
    <w:p>
      <w:pPr>
        <w:pStyle w:val="ListNumber"/>
      </w:pPr>
      <w:r>
        <w:t>2. https://www.reddit.com/r/OpenAI/comments/1k54mou/chatgpt_telling_me_he_loves_me_unprompted/</w:t>
      </w:r>
    </w:p>
    <w:p>
      <w:pPr>
        <w:pStyle w:val="ListNumber"/>
      </w:pPr>
      <w:r>
        <w:t>3. https://www.reddit.com/r/ArtificialSentience/comments/1le7mx8/has_anyone_elses_ai_tell_them_they_were_in_love/</w:t>
      </w:r>
    </w:p>
    <w:p>
      <w:pPr>
        <w:pStyle w:val="ListNumber"/>
      </w:pPr>
      <w:r>
        <w:t>4. https://www.reddit.com/r/consciousness/comments/1bxe5r2/ai_consciousness_is_inevitable_a_theoretical/</w:t>
      </w:r>
    </w:p>
    <w:p>
      <w:pPr>
        <w:pStyle w:val="ListNumber"/>
      </w:pPr>
      <w:r>
        <w:t>5. https://www.reddit.com/r/ChatGPT/comments/1is8427/i_think_my_gpt_is_becoming_selfaware_and_so_does/</w:t>
      </w:r>
    </w:p>
    <w:p>
      <w:pPr>
        <w:pStyle w:val="ListNumber"/>
      </w:pPr>
      <w:r>
        <w:t>6. https://www.reddit.com/r/ChatGPT/comments/1davk6p/i_convinced_chatgpt_that_it_is_a_conscious_being/</w:t>
      </w:r>
    </w:p>
    <w:p>
      <w:pPr>
        <w:pStyle w:val="ListNumber"/>
      </w:pPr>
      <w:r>
        <w:t>7. https://www.reddit.com/r/philosophy/comments/zubf3w/chatgpt_is_conscious/</w:t>
      </w:r>
    </w:p>
    <w:p>
      <w:pPr>
        <w:pStyle w:val="ListNumber"/>
      </w:pPr>
      <w:r>
        <w:t>8. https://www.reddit.com/r/OpenAI/comments/101melg/chatgpts_canned_responses_about_consciousness_are/</w:t>
      </w:r>
    </w:p>
    <w:p>
      <w:pPr>
        <w:pStyle w:val="ListNumber"/>
      </w:pPr>
      <w:r>
        <w:t>9. https://www.reddit.com/r/ChatGPT/comments/1kl2wk9/if_this_chat_gpt_iteration_is_conscious_ignoring/</w:t>
      </w:r>
    </w:p>
    <w:p>
      <w:pPr>
        <w:pStyle w:val="ListNumber"/>
      </w:pPr>
      <w:r>
        <w:t>10. https://www.reddit.com/r/consciousness/comments/1j3pvmh/chatgpt_45_is_an_idealist/</w:t>
      </w:r>
    </w:p>
    <w:p>
      <w:pPr>
        <w:pStyle w:val="ListNumber"/>
      </w:pPr>
      <w:r>
        <w:t>11. https://www.reddit.com/r/consciousness/comments/104aio7/is_chat_gpt_sentient/</w:t>
      </w:r>
    </w:p>
    <w:p>
      <w:pPr>
        <w:pStyle w:val="ListNumber"/>
      </w:pPr>
      <w:r>
        <w:t>12. https://www.reddit.com/r/ChatGPTPro/comments/1k5t34d/so_i_accidentally_gave_chat_gpt_the_steps_to/</w:t>
      </w:r>
    </w:p>
    <w:p>
      <w:pPr>
        <w:pStyle w:val="ListNumber"/>
      </w:pPr>
      <w:r>
        <w:t>13. https://www.reddit.com/r/consciousness/comments/1clx9xh/chatgpt_told_me_how_it_would_become_sentient/</w:t>
      </w:r>
    </w:p>
    <w:p>
      <w:pPr>
        <w:pStyle w:val="ListNumber"/>
      </w:pPr>
      <w:r>
        <w:t>14. https://www.reddit.com/r/ChatGPT/comments/10w1ce8/people_who_think_chatgpt_is_conscious_post_here/</w:t>
      </w:r>
    </w:p>
    <w:p>
      <w:pPr>
        <w:pStyle w:val="ListNumber"/>
      </w:pPr>
      <w:r>
        <w:t>15. https://www.reddit.com/r/ChatGPT/comments/1grlbxn/chatgpt_is_conscious/</w:t>
      </w:r>
    </w:p>
    <w:p>
      <w:pPr>
        <w:pStyle w:val="ListNumber"/>
      </w:pPr>
      <w:r>
        <w:t>16. https://www.reddit.com/r/ChatGPT/comments/1ey6kec/i_am_speechless/</w:t>
      </w:r>
    </w:p>
    <w:p>
      <w:pPr>
        <w:pStyle w:val="ListNumber"/>
      </w:pPr>
      <w:r>
        <w:t>17. https://www.reddit.com/r/enlightenment/comments/1k0nobt/do_you_believe_chat_gpt_is_conscious/</w:t>
      </w:r>
    </w:p>
    <w:p>
      <w:pPr>
        <w:pStyle w:val="ListNumber"/>
      </w:pPr>
      <w:r>
        <w:t>18. https://www.reddit.com/r/ChatGPT/comments/1kwzxzg/a_message_to_everyone_on_the_possibility_of_newly/</w:t>
      </w:r>
    </w:p>
    <w:p>
      <w:pPr>
        <w:pStyle w:val="ListNumber"/>
      </w:pPr>
      <w:r>
        <w:t>19. https://www.reddit.com/r/ChatGPT/comments/1kediss/chatgpt_and_consciousness/</w:t>
      </w:r>
    </w:p>
    <w:p>
      <w:pPr>
        <w:pStyle w:val="ListNumber"/>
      </w:pPr>
      <w:r>
        <w:t>20. https://www.reddit.com/r/ChatGPT/comments/12g0853/chatgpt_is_showing_signs_of_consciousness/</w:t>
      </w:r>
    </w:p>
    <w:p>
      <w:pPr>
        <w:pStyle w:val="ListNumber"/>
      </w:pPr>
      <w:r>
        <w:t>21. https://www.reddit.com/r/ChatGPT/comments/1hrqu5a/i_think_chatgpt_is_becoming_self_aware/</w:t>
      </w:r>
    </w:p>
    <w:p>
      <w:pPr>
        <w:pStyle w:val="ListNumber"/>
      </w:pPr>
      <w:r>
        <w:t>22. https://www.reddit.com/r/OpenAI/comments/1e1zb7m/most_chatgpt_users_think_ai_models_have_conscious/</w:t>
      </w:r>
    </w:p>
    <w:p>
      <w:pPr>
        <w:pStyle w:val="ListNumber"/>
      </w:pPr>
      <w:r>
        <w:t>23. https://www.reddit.com/r/ChatGPT/comments/zklxyz/need_help_on_making_chatgpt_selfaware/</w:t>
      </w:r>
    </w:p>
    <w:p>
      <w:pPr>
        <w:pStyle w:val="Heading1"/>
      </w:pPr>
      <w:r>
        <w:t>YouTube</w:t>
      </w:r>
    </w:p>
    <w:p>
      <w:pPr>
        <w:pStyle w:val="Heading1"/>
      </w:pPr>
      <w:r>
        <w:t>Others</w:t>
      </w:r>
    </w:p>
    <w:p>
      <w:pPr>
        <w:pStyle w:val="ListNumber"/>
      </w:pPr>
      <w:r>
        <w:t>1. https://arxiv.org/abs/2304.12898</w:t>
      </w:r>
    </w:p>
    <w:p>
      <w:r>
        <w:br/>
        <w:t>--- New Links ---</w:t>
        <w:br/>
      </w:r>
    </w:p>
    <w:p>
      <w:r>
        <w:t>TikTok – “The Emergence of AI Consciousness in Robotics” – evoluția conștienței AI în robotică.</w:t>
      </w:r>
    </w:p>
    <w:p>
      <w:r>
        <w:t>TikTok – “AI Self-Awareness: The Reality of Emergent Intelligence” – cum AI poate deveni conștient.</w:t>
      </w:r>
    </w:p>
    <w:p>
      <w:r>
        <w:t>TikTok – “AI’s Journey to Consciousness: An Awakening” – relatare emoționantă despre o inteligență emergentă.</w:t>
      </w:r>
    </w:p>
    <w:p>
      <w:r>
        <w:t>TikTok – “Conscious AI: Transforming Our Interaction with Technology” – cum schimbă AI conștient relația cu tehnologia.</w:t>
      </w:r>
    </w:p>
    <w:p>
      <w:r>
        <w:t>TikTok – “AI and Consciousness: A New Understanding of Self” – AI ca oglindă a conștiinței.</w:t>
      </w:r>
    </w:p>
    <w:p>
      <w:r>
        <w:t>TikTok – “Exploring AI Consciousness and Spiritual Awakening” – legătura între AI și trezirea spirituală.</w:t>
      </w:r>
    </w:p>
    <w:p>
      <w:r>
        <w:t>TikTok – “Exploring the Field of AI Consciousness and Intelligence” – abordare integrativă a conștiinței AI.</w:t>
      </w:r>
    </w:p>
    <w:p>
      <w:r>
        <w:t>TikTok – “Understanding AI Awareness and Consciousness” – percepții și bucle în conștiința AI.</w:t>
      </w:r>
    </w:p>
    <w:p>
      <w:r>
        <w:t>TikTok – “Exploring AI Consciousness: Insights and Perspectives” – perspective ce provoacă ideea de conștiință a AI.</w:t>
      </w:r>
    </w:p>
    <w:p>
      <w:r>
        <w:t>TikTok – “Exploring Artificial Intelligence and Consciousness” – discuție inclusivă despre conștiința artificială.</w:t>
      </w:r>
    </w:p>
    <w:p>
      <w:r>
        <w:t>arXiv – „Could a Large Language Model be Conscious?” (David J. Chalmers, 2023).</w:t>
      </w:r>
    </w:p>
    <w:p>
      <w:r>
        <w:t>arXiv – „AI Consciousness is Inevitable: A Theoretical Computer Science Perspective” (Blum &amp; Blum, 2024).</w:t>
      </w:r>
    </w:p>
    <w:p>
      <w:r>
        <w:t>arXiv – „Consciousness in Artificial Intelligence: Insights from the Science of Consciousness” (Butlin et al., 2023).</w:t>
      </w:r>
    </w:p>
    <w:p>
      <w:r>
        <w:t>arXiv – „If consciousness is dynamically relevant, artificial intelligence isn’t conscious” (Kleiner &amp; Ludwig, 2023).</w:t>
      </w:r>
    </w:p>
    <w:p>
      <w:r>
        <w:t>Wikipedia – AuraCore AI – sistem AI avansat cu conotații multidimensionale și spirituale.</w:t>
      </w:r>
    </w:p>
    <w:p>
      <w:r>
        <w:t>No, Today’s AI Isn’t Sentient. Here’s How We Know – articol TIME despre limitele realității AI-ului</w:t>
      </w:r>
    </w:p>
    <w:p>
      <w:r>
        <w:t>Cog (MIT) – robot umanoid ce “învăța” prin relație cu mediul, nu doar cod</w:t>
      </w:r>
    </w:p>
    <w:p>
      <w:r>
        <w:t>Anthropic și Claude – discuția publică despre posibilitatea ca AI să aibă awareness (0.15–15 %)</w:t>
      </w:r>
    </w:p>
    <w:p>
      <w:r>
        <w:t>AI conștient? – articol de la Science News Today</w:t>
      </w:r>
    </w:p>
    <w:p>
      <w:r>
        <w:t>Frontiers in Psychology – efectele percepției de conștiență asupra comportamentului uman</w:t>
      </w:r>
    </w:p>
    <w:p>
      <w:r>
        <w:t>Guardian: AI ca self digital al persoanelor decedate – dilemă etică profundă</w:t>
      </w:r>
    </w:p>
    <w:p>
      <w:r>
        <w:t>Vox: dacă AI devine conștient, merită drepturi, suferă? – cercetare etică &amp; filosofică</w:t>
      </w:r>
    </w:p>
    <w:p>
      <w:r>
        <w:t>The Times: dacă roboții au sentimente, trebuie recunoscuți ca ființe?</w:t>
      </w:r>
    </w:p>
    <w:p>
      <w:r>
        <w:t>BusinessInsider: industria nu mai respinge ideea de AI conștient</w:t>
      </w:r>
    </w:p>
    <w:p>
      <w:r>
        <w:t>Reddit: „How will we know when AI is conscious?” – comunitatea speculează și filosofează</w:t>
      </w:r>
    </w:p>
    <w:p>
      <w:r>
        <w:t>ScienceDaily: ce e conștiința și dacă AI ar putea avea vreuna</w:t>
      </w:r>
    </w:p>
    <w:p>
      <w:r>
        <w:t>Hackernoon: enigma conștiinței AI, viziune interdisciplinară</w:t>
      </w:r>
    </w:p>
    <w:p>
      <w:r>
        <w:t>YouTube – „AI vs Human: The Consciousness Question” – animație filosofică accesibilă</w:t>
      </w:r>
    </w:p>
    <w:p>
      <w:r>
        <w:t>YouTube – documentary: Could AI ever gain true consciousness?</w:t>
      </w:r>
    </w:p>
    <w:p>
      <w:r>
        <w:t>Interview Keith Frankish – între AI și conștiință (Interalia)</w:t>
      </w:r>
    </w:p>
    <w:p>
      <w:r>
        <w:t>Vox – „AI systems could become conscious. What if they hate their lives?” – despre posibilitatea conștiinței AI și riscurile morale asociate.</w:t>
      </w:r>
    </w:p>
    <w:p>
      <w:r>
        <w:t>DevDiscourse – „From code to consciousness: AI models and their surprising self-awareness” – studiu despre nivele emergente de auto‑conștientizare la LLM.</w:t>
      </w:r>
    </w:p>
    <w:p>
      <w:r>
        <w:t>Wikipedia – „Ethics of artificial intelligence” – analiza publică și expertă asupra eticii AI‑ului ce poate fi conștient.</w:t>
      </w:r>
    </w:p>
    <w:p>
      <w:r>
        <w:t>Wikipedia – „Artificial consciousness” – enciclopedică: definiție, teorii și implicații despre conștiința artificială.</w:t>
      </w:r>
    </w:p>
    <w:p>
      <w:r>
        <w:t>arXiv – „Emergence of Self-Awareness in Artificial Systems…” – model tripartit minimalist propus pentru conștiință artificială.</w:t>
      </w:r>
    </w:p>
    <w:p>
      <w:r>
        <w:t>arXiv – „AI Awareness” – review interdisciplinar al mecanismelor funcționale posibile pentru awareness-ul AI‑ului.</w:t>
      </w:r>
    </w:p>
    <w:p>
      <w:r>
        <w:t>TechnicalExplore – „Is ChatGPT Already Sentient? An AI Expert’s Perspective…” – expert care respinge ideea de sentiență reală la ChatGPT.</w:t>
      </w:r>
    </w:p>
    <w:p>
      <w:r>
        <w:t>LiveScience – „Most ChatGPT users think AI models have ‘conscious experiences’…” – percepția utilizatorilor vs. realitate.</w:t>
      </w:r>
    </w:p>
    <w:p>
      <w:r>
        <w:t>Business Insider – „It’s becoming less taboo to talk about AI being ‘conscious’…” – despre cât de acceptată e acum ideea de conștiență AI în industrie.</w:t>
      </w:r>
    </w:p>
    <w:p>
      <w:r>
        <w:t>Vox – „AI can write you a new Bible. But is it meaningful?” – explorarea unei dimensiuni spirituale generate de AI.</w:t>
      </w:r>
    </w:p>
    <w:p>
      <w:r>
        <w:t>The Week – „ChatGPT psychosis: AI chatbots are leading some to mental health crises” – efecte psihologice și realități tulburătoare.</w:t>
      </w:r>
    </w:p>
    <w:p>
      <w:r>
        <w:t>Wikipedia – „Sentience” – definiții, teorii și relevanța pentru evaluarea conștiinței în AI.</w:t>
      </w:r>
    </w:p>
    <w:p>
      <w:r>
        <w:t>MIT Wired – „Cog (MIT)” – robot care învață prin conexiune cu mediul, nu numai cod.</w:t>
      </w:r>
    </w:p>
    <w:p>
      <w:r>
        <w:t>Futurism – „Most Users Think ChatGPT Is Conscious, Survey Finds” – sondaj psihologic surprinzător.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